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86"/>
        <w:gridCol w:w="7654"/>
      </w:tblGrid>
      <w:tr w:rsidR="00BB6A2C" w14:paraId="094168FE" w14:textId="77777777">
        <w:tc>
          <w:tcPr>
            <w:tcW w:w="1786" w:type="dxa"/>
          </w:tcPr>
          <w:p w14:paraId="2225E694" w14:textId="77777777" w:rsidR="00BB6A2C" w:rsidRDefault="00000000" w:rsidP="00B23D1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B5B609" wp14:editId="51153B61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4" w:type="dxa"/>
          </w:tcPr>
          <w:p w14:paraId="230B72D7" w14:textId="712371D3" w:rsidR="00BB6A2C" w:rsidRDefault="00000000" w:rsidP="00B23D1F">
            <w:pPr>
              <w:spacing w:before="180"/>
              <w:jc w:val="center"/>
            </w:pPr>
            <w:r>
              <w:rPr>
                <w:b/>
                <w:sz w:val="18"/>
              </w:rPr>
              <w:t>T.C.</w:t>
            </w:r>
            <w:r>
              <w:rPr>
                <w:b/>
                <w:sz w:val="18"/>
              </w:rPr>
              <w:br/>
            </w:r>
            <w:r>
              <w:rPr>
                <w:b/>
              </w:rPr>
              <w:t>KAHRAMANMARAŞ SÜTÇÜ İMAM</w:t>
            </w:r>
            <w:r w:rsidR="00B23D1F">
              <w:rPr>
                <w:b/>
              </w:rPr>
              <w:t xml:space="preserve"> </w:t>
            </w:r>
            <w:r>
              <w:rPr>
                <w:b/>
              </w:rPr>
              <w:t>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2D65854F" w14:textId="3ABE3292" w:rsidR="00BB6A2C" w:rsidRPr="003C470C" w:rsidRDefault="003C470C" w:rsidP="00B64E20">
      <w:pPr>
        <w:pBdr>
          <w:bottom w:val="single" w:sz="12" w:space="0" w:color="C59C57"/>
        </w:pBdr>
        <w:spacing w:after="340"/>
        <w:ind w:firstLine="2127"/>
        <w:jc w:val="center"/>
        <w:rPr>
          <w:b/>
          <w:bCs/>
        </w:rPr>
      </w:pPr>
      <w:r w:rsidRPr="003C470C">
        <w:rPr>
          <w:b/>
          <w:bCs/>
        </w:rPr>
        <w:t>YÜKSEK LİSANS TEZ ÖNERİSİ BİLDİRİM FORMU</w:t>
      </w:r>
    </w:p>
    <w:p w14:paraId="6B547406" w14:textId="77777777" w:rsidR="00BB6A2C" w:rsidRDefault="00000000">
      <w:pPr>
        <w:pStyle w:val="SectionLabel"/>
        <w:pBdr>
          <w:bottom w:val="single" w:sz="12" w:space="0" w:color="D5BC8A"/>
        </w:pBdr>
        <w:spacing w:before="160" w:after="160"/>
      </w:pPr>
      <w:r>
        <w:t>ÖĞRENCİ VE TEZ BİLGİLERİ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803"/>
      </w:tblGrid>
      <w:tr w:rsidR="00BB6A2C" w14:paraId="6124DBCD" w14:textId="77777777">
        <w:tc>
          <w:tcPr>
            <w:tcW w:w="2608" w:type="dxa"/>
            <w:vAlign w:val="center"/>
          </w:tcPr>
          <w:p w14:paraId="21F404EA" w14:textId="46E3FC60" w:rsidR="00BB6A2C" w:rsidRDefault="00000000">
            <w:pPr>
              <w:spacing w:after="160"/>
            </w:pPr>
            <w:r>
              <w:rPr>
                <w:b/>
              </w:rPr>
              <w:t xml:space="preserve">Öğrencinin </w:t>
            </w:r>
            <w:proofErr w:type="gramStart"/>
            <w:r w:rsidR="003C470C">
              <w:rPr>
                <w:b/>
              </w:rPr>
              <w:t>Adı  Soyadı</w:t>
            </w:r>
            <w:proofErr w:type="gramEnd"/>
          </w:p>
        </w:tc>
        <w:tc>
          <w:tcPr>
            <w:tcW w:w="6803" w:type="dxa"/>
            <w:vAlign w:val="center"/>
          </w:tcPr>
          <w:p w14:paraId="296D4CB7" w14:textId="77777777" w:rsidR="00BB6A2C" w:rsidRDefault="00000000">
            <w:pPr>
              <w:spacing w:after="160"/>
            </w:pPr>
            <w:r>
              <w:t>................................................................................</w:t>
            </w:r>
          </w:p>
        </w:tc>
      </w:tr>
      <w:tr w:rsidR="00BB6A2C" w14:paraId="4F5C758F" w14:textId="77777777">
        <w:tc>
          <w:tcPr>
            <w:tcW w:w="2608" w:type="dxa"/>
            <w:vAlign w:val="center"/>
          </w:tcPr>
          <w:p w14:paraId="5E1120B6" w14:textId="7E329871" w:rsidR="00BB6A2C" w:rsidRDefault="00000000">
            <w:pPr>
              <w:spacing w:after="160"/>
            </w:pPr>
            <w:r>
              <w:rPr>
                <w:b/>
              </w:rPr>
              <w:t xml:space="preserve">Öğrenci </w:t>
            </w:r>
            <w:r w:rsidR="003C470C">
              <w:rPr>
                <w:b/>
              </w:rPr>
              <w:t>N</w:t>
            </w:r>
            <w:r>
              <w:rPr>
                <w:b/>
              </w:rPr>
              <w:t>umarası</w:t>
            </w:r>
          </w:p>
        </w:tc>
        <w:tc>
          <w:tcPr>
            <w:tcW w:w="6803" w:type="dxa"/>
            <w:vAlign w:val="center"/>
          </w:tcPr>
          <w:p w14:paraId="5220CCC5" w14:textId="77777777" w:rsidR="00BB6A2C" w:rsidRDefault="00000000">
            <w:pPr>
              <w:spacing w:after="160"/>
            </w:pPr>
            <w:r>
              <w:t>................................................................................</w:t>
            </w:r>
          </w:p>
        </w:tc>
      </w:tr>
      <w:tr w:rsidR="00BB6A2C" w14:paraId="38DC74D1" w14:textId="77777777">
        <w:tc>
          <w:tcPr>
            <w:tcW w:w="2608" w:type="dxa"/>
            <w:vAlign w:val="center"/>
          </w:tcPr>
          <w:p w14:paraId="2916E08B" w14:textId="3C1754BE" w:rsidR="00BB6A2C" w:rsidRDefault="00000000">
            <w:pPr>
              <w:spacing w:after="160"/>
            </w:pPr>
            <w:r>
              <w:rPr>
                <w:b/>
              </w:rPr>
              <w:t xml:space="preserve">Tez </w:t>
            </w:r>
            <w:r w:rsidR="003C470C">
              <w:rPr>
                <w:b/>
              </w:rPr>
              <w:t>D</w:t>
            </w:r>
            <w:r>
              <w:rPr>
                <w:b/>
              </w:rPr>
              <w:t>anışmanı</w:t>
            </w:r>
          </w:p>
        </w:tc>
        <w:tc>
          <w:tcPr>
            <w:tcW w:w="6803" w:type="dxa"/>
            <w:vAlign w:val="center"/>
          </w:tcPr>
          <w:p w14:paraId="6DB0F60E" w14:textId="77777777" w:rsidR="00BB6A2C" w:rsidRDefault="00000000">
            <w:pPr>
              <w:spacing w:after="160"/>
            </w:pPr>
            <w:r>
              <w:t>................................................................................</w:t>
            </w:r>
          </w:p>
        </w:tc>
      </w:tr>
      <w:tr w:rsidR="00BB6A2C" w14:paraId="0CD5095C" w14:textId="77777777">
        <w:tc>
          <w:tcPr>
            <w:tcW w:w="2608" w:type="dxa"/>
            <w:vAlign w:val="center"/>
          </w:tcPr>
          <w:p w14:paraId="7C7A47D2" w14:textId="51D4DED6" w:rsidR="00BB6A2C" w:rsidRDefault="00000000">
            <w:pPr>
              <w:spacing w:after="160"/>
            </w:pPr>
            <w:r>
              <w:rPr>
                <w:b/>
              </w:rPr>
              <w:t xml:space="preserve">Ana </w:t>
            </w:r>
            <w:r w:rsidR="003C470C">
              <w:rPr>
                <w:b/>
              </w:rPr>
              <w:t>B</w:t>
            </w:r>
            <w:r>
              <w:rPr>
                <w:b/>
              </w:rPr>
              <w:t xml:space="preserve">ilim </w:t>
            </w:r>
            <w:r w:rsidR="003C470C">
              <w:rPr>
                <w:b/>
              </w:rPr>
              <w:t>D</w:t>
            </w:r>
            <w:r>
              <w:rPr>
                <w:b/>
              </w:rPr>
              <w:t>alı</w:t>
            </w:r>
          </w:p>
        </w:tc>
        <w:tc>
          <w:tcPr>
            <w:tcW w:w="6803" w:type="dxa"/>
            <w:vAlign w:val="center"/>
          </w:tcPr>
          <w:p w14:paraId="7A223195" w14:textId="77777777" w:rsidR="00BB6A2C" w:rsidRDefault="00000000">
            <w:pPr>
              <w:spacing w:after="160"/>
            </w:pPr>
            <w:r>
              <w:t>................................................................................</w:t>
            </w:r>
          </w:p>
        </w:tc>
      </w:tr>
      <w:tr w:rsidR="00BB6A2C" w14:paraId="5C527344" w14:textId="77777777">
        <w:tc>
          <w:tcPr>
            <w:tcW w:w="2608" w:type="dxa"/>
            <w:vAlign w:val="center"/>
          </w:tcPr>
          <w:p w14:paraId="63D4B502" w14:textId="3CA3B927" w:rsidR="00BB6A2C" w:rsidRDefault="00000000">
            <w:pPr>
              <w:spacing w:after="160"/>
            </w:pPr>
            <w:r>
              <w:rPr>
                <w:b/>
              </w:rPr>
              <w:t xml:space="preserve">Enstitüye </w:t>
            </w:r>
            <w:r w:rsidR="003C470C">
              <w:rPr>
                <w:b/>
              </w:rPr>
              <w:t>K</w:t>
            </w:r>
            <w:r>
              <w:rPr>
                <w:b/>
              </w:rPr>
              <w:t xml:space="preserve">ayıt </w:t>
            </w:r>
            <w:r w:rsidR="003C470C">
              <w:rPr>
                <w:b/>
              </w:rPr>
              <w:t>T</w:t>
            </w:r>
            <w:r>
              <w:rPr>
                <w:b/>
              </w:rPr>
              <w:t>arihi</w:t>
            </w:r>
          </w:p>
        </w:tc>
        <w:tc>
          <w:tcPr>
            <w:tcW w:w="6803" w:type="dxa"/>
            <w:vAlign w:val="center"/>
          </w:tcPr>
          <w:p w14:paraId="7230FC78" w14:textId="77777777" w:rsidR="00BB6A2C" w:rsidRDefault="00000000">
            <w:pPr>
              <w:spacing w:after="160"/>
            </w:pPr>
            <w:r>
              <w:t>................................................................................</w:t>
            </w:r>
          </w:p>
        </w:tc>
      </w:tr>
    </w:tbl>
    <w:p w14:paraId="621CD24A" w14:textId="77777777" w:rsidR="00BB6A2C" w:rsidRDefault="00BB6A2C">
      <w:pPr>
        <w:spacing w:after="26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803"/>
      </w:tblGrid>
      <w:tr w:rsidR="00BB6A2C" w14:paraId="1EFE0D58" w14:textId="77777777">
        <w:tc>
          <w:tcPr>
            <w:tcW w:w="2608" w:type="dxa"/>
            <w:vAlign w:val="center"/>
          </w:tcPr>
          <w:p w14:paraId="06BC51E1" w14:textId="7B9F7240" w:rsidR="00BB6A2C" w:rsidRDefault="00000000">
            <w:pPr>
              <w:spacing w:after="160"/>
            </w:pPr>
            <w:r>
              <w:rPr>
                <w:b/>
              </w:rPr>
              <w:t xml:space="preserve">Etik </w:t>
            </w:r>
            <w:r w:rsidR="003C470C">
              <w:rPr>
                <w:b/>
              </w:rPr>
              <w:t>K</w:t>
            </w:r>
            <w:r>
              <w:rPr>
                <w:b/>
              </w:rPr>
              <w:t xml:space="preserve">urul </w:t>
            </w:r>
            <w:r w:rsidR="003C470C">
              <w:rPr>
                <w:b/>
              </w:rPr>
              <w:t>B</w:t>
            </w:r>
            <w:r>
              <w:rPr>
                <w:b/>
              </w:rPr>
              <w:t>elgesi</w:t>
            </w:r>
          </w:p>
        </w:tc>
        <w:tc>
          <w:tcPr>
            <w:tcW w:w="6803" w:type="dxa"/>
            <w:vAlign w:val="center"/>
          </w:tcPr>
          <w:p w14:paraId="019DD4EC" w14:textId="46EF007C" w:rsidR="00BB6A2C" w:rsidRDefault="00B23D1F">
            <w:pPr>
              <w:spacing w:after="160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 Eklendi</w:t>
            </w:r>
            <w:r w:rsidR="00800560">
              <w:t>*</w:t>
            </w:r>
            <w:r>
              <w:t xml:space="preserve">                        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>Gerekli değil</w:t>
            </w:r>
          </w:p>
        </w:tc>
      </w:tr>
      <w:tr w:rsidR="00BB6A2C" w14:paraId="1CA42C84" w14:textId="77777777">
        <w:tc>
          <w:tcPr>
            <w:tcW w:w="2608" w:type="dxa"/>
            <w:vAlign w:val="center"/>
          </w:tcPr>
          <w:p w14:paraId="1352B7DF" w14:textId="0FF6C461" w:rsidR="00BB6A2C" w:rsidRDefault="00000000">
            <w:pPr>
              <w:spacing w:after="160"/>
            </w:pPr>
            <w:r>
              <w:rPr>
                <w:b/>
              </w:rPr>
              <w:t xml:space="preserve">Yasal </w:t>
            </w:r>
            <w:r w:rsidR="003C470C">
              <w:rPr>
                <w:b/>
              </w:rPr>
              <w:t>İ</w:t>
            </w:r>
            <w:r>
              <w:rPr>
                <w:b/>
              </w:rPr>
              <w:t xml:space="preserve">zin </w:t>
            </w:r>
            <w:r w:rsidR="003C470C">
              <w:rPr>
                <w:b/>
              </w:rPr>
              <w:t>B</w:t>
            </w:r>
            <w:r>
              <w:rPr>
                <w:b/>
              </w:rPr>
              <w:t>elgesi</w:t>
            </w:r>
          </w:p>
        </w:tc>
        <w:tc>
          <w:tcPr>
            <w:tcW w:w="6803" w:type="dxa"/>
            <w:vAlign w:val="center"/>
          </w:tcPr>
          <w:p w14:paraId="6764AF41" w14:textId="4DD79EAD" w:rsidR="00BB6A2C" w:rsidRDefault="00B23D1F">
            <w:pPr>
              <w:spacing w:after="160"/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 xml:space="preserve">Eklendi                        </w:t>
            </w:r>
            <w:r w:rsidR="0024307E">
              <w:t xml:space="preserve">  </w:t>
            </w:r>
            <w:r>
              <w:t xml:space="preserve">  </w:t>
            </w: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Pr="001D40A9">
              <w:rPr>
                <w:color w:val="000000" w:themeColor="text1"/>
                <w:sz w:val="28"/>
                <w:szCs w:val="18"/>
              </w:rPr>
              <w:t xml:space="preserve"> </w:t>
            </w:r>
            <w:r>
              <w:t>Gerekli değil</w:t>
            </w:r>
          </w:p>
        </w:tc>
      </w:tr>
      <w:tr w:rsidR="00F6424A" w14:paraId="60E8F952" w14:textId="77777777" w:rsidTr="00F6424A">
        <w:tc>
          <w:tcPr>
            <w:tcW w:w="2608" w:type="dxa"/>
            <w:vAlign w:val="center"/>
          </w:tcPr>
          <w:p w14:paraId="184C8DD4" w14:textId="0AC914E0" w:rsidR="00F6424A" w:rsidRPr="00F6424A" w:rsidRDefault="00F6424A" w:rsidP="005B5516">
            <w:pPr>
              <w:spacing w:after="160"/>
              <w:rPr>
                <w:b/>
              </w:rPr>
            </w:pPr>
            <w:r>
              <w:rPr>
                <w:b/>
              </w:rPr>
              <w:t>Tez Veri Giriş Formu**</w:t>
            </w:r>
          </w:p>
        </w:tc>
        <w:tc>
          <w:tcPr>
            <w:tcW w:w="6803" w:type="dxa"/>
            <w:vAlign w:val="center"/>
          </w:tcPr>
          <w:p w14:paraId="4BE9BC48" w14:textId="07536B17" w:rsidR="00F6424A" w:rsidRPr="00F6424A" w:rsidRDefault="00276F54" w:rsidP="005B5516">
            <w:pPr>
              <w:spacing w:after="16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color w:val="000000" w:themeColor="text1"/>
                <w:sz w:val="20"/>
                <w:szCs w:val="20"/>
              </w:rPr>
              <w:instrText xml:space="preserve"> FORMCHECKBOX </w:instrTex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>
              <w:rPr>
                <w:color w:val="000000" w:themeColor="text1"/>
                <w:sz w:val="20"/>
                <w:szCs w:val="20"/>
              </w:rPr>
              <w:fldChar w:fldCharType="end"/>
            </w:r>
            <w:r w:rsidR="00F6424A" w:rsidRPr="00F6424A">
              <w:rPr>
                <w:color w:val="000000" w:themeColor="text1"/>
                <w:sz w:val="20"/>
                <w:szCs w:val="20"/>
              </w:rPr>
              <w:t xml:space="preserve"> Eklendi                         </w:t>
            </w:r>
          </w:p>
        </w:tc>
      </w:tr>
    </w:tbl>
    <w:p w14:paraId="719753BD" w14:textId="77777777" w:rsidR="00800560" w:rsidRDefault="00800560">
      <w:pPr>
        <w:pStyle w:val="SectionLabel"/>
        <w:pBdr>
          <w:bottom w:val="single" w:sz="12" w:space="0" w:color="D5BC8A"/>
        </w:pBdr>
        <w:spacing w:before="160" w:after="160"/>
      </w:pPr>
    </w:p>
    <w:p w14:paraId="6BD48811" w14:textId="59F28297" w:rsidR="00800560" w:rsidRDefault="00800560">
      <w:pPr>
        <w:pStyle w:val="SectionLabel"/>
        <w:pBdr>
          <w:bottom w:val="single" w:sz="12" w:space="0" w:color="D5BC8A"/>
        </w:pBdr>
        <w:spacing w:before="160" w:after="160"/>
        <w:rPr>
          <w:b w:val="0"/>
          <w:bCs/>
        </w:rPr>
      </w:pPr>
      <w:r w:rsidRPr="00800560">
        <w:rPr>
          <w:b w:val="0"/>
          <w:bCs/>
        </w:rPr>
        <w:t>*Etik Kurul Belgesini 6 ay içerisinde getireceğimi taahhüt ederim.</w:t>
      </w:r>
    </w:p>
    <w:p w14:paraId="6830E73D" w14:textId="77777777" w:rsidR="005E1484" w:rsidRPr="005E1484" w:rsidRDefault="005E1484" w:rsidP="005E1484">
      <w:pPr>
        <w:pStyle w:val="SectionLabel"/>
        <w:pBdr>
          <w:bottom w:val="single" w:sz="12" w:space="0" w:color="D5BC8A"/>
        </w:pBdr>
        <w:spacing w:before="160" w:after="160"/>
        <w:rPr>
          <w:b w:val="0"/>
          <w:bCs/>
        </w:rPr>
      </w:pPr>
      <w:r w:rsidRPr="005E1484">
        <w:rPr>
          <w:b w:val="0"/>
          <w:bCs/>
        </w:rPr>
        <w:t>**Bu form, YÖK Ulusal Tez Merkezinden alınan “Tez Veri Giriş Formu” ile birlikte ilgili Ana Bilim Dalı Başkanlığına EBYS üzerinden gönderilmelidir.</w:t>
      </w:r>
    </w:p>
    <w:p w14:paraId="4053C171" w14:textId="77777777" w:rsidR="005E1484" w:rsidRPr="00800560" w:rsidRDefault="005E1484">
      <w:pPr>
        <w:pStyle w:val="SectionLabel"/>
        <w:pBdr>
          <w:bottom w:val="single" w:sz="12" w:space="0" w:color="D5BC8A"/>
        </w:pBdr>
        <w:spacing w:before="160" w:after="160"/>
        <w:rPr>
          <w:b w:val="0"/>
          <w:bCs/>
        </w:rPr>
      </w:pPr>
    </w:p>
    <w:p w14:paraId="614C824B" w14:textId="55745D77" w:rsidR="00BB6A2C" w:rsidRDefault="00000000">
      <w:pPr>
        <w:pStyle w:val="SectionLabel"/>
        <w:pBdr>
          <w:bottom w:val="single" w:sz="12" w:space="0" w:color="D5BC8A"/>
        </w:pBdr>
        <w:spacing w:before="160" w:after="160"/>
      </w:pPr>
      <w:r>
        <w:t>TEZ BAŞLIKLARI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803"/>
      </w:tblGrid>
      <w:tr w:rsidR="00BB6A2C" w14:paraId="6FDCEE26" w14:textId="77777777">
        <w:tc>
          <w:tcPr>
            <w:tcW w:w="2608" w:type="dxa"/>
            <w:vAlign w:val="center"/>
          </w:tcPr>
          <w:p w14:paraId="4F2F55E1" w14:textId="77D89D3F" w:rsidR="00BB6A2C" w:rsidRDefault="00000000">
            <w:pPr>
              <w:spacing w:after="160"/>
            </w:pPr>
            <w:r>
              <w:rPr>
                <w:b/>
              </w:rPr>
              <w:t xml:space="preserve">Türkçe </w:t>
            </w:r>
            <w:r w:rsidR="003C470C">
              <w:rPr>
                <w:b/>
              </w:rPr>
              <w:t>T</w:t>
            </w:r>
            <w:r>
              <w:rPr>
                <w:b/>
              </w:rPr>
              <w:t xml:space="preserve">ez </w:t>
            </w:r>
            <w:r w:rsidR="003C470C">
              <w:rPr>
                <w:b/>
              </w:rPr>
              <w:t>B</w:t>
            </w:r>
            <w:r>
              <w:rPr>
                <w:b/>
              </w:rPr>
              <w:t>aşlığı</w:t>
            </w:r>
          </w:p>
        </w:tc>
        <w:tc>
          <w:tcPr>
            <w:tcW w:w="6803" w:type="dxa"/>
            <w:vAlign w:val="center"/>
          </w:tcPr>
          <w:p w14:paraId="65FE8263" w14:textId="77777777" w:rsidR="00BB6A2C" w:rsidRDefault="00000000">
            <w:pPr>
              <w:spacing w:after="160"/>
            </w:pPr>
            <w:r>
              <w:t>“Türkçe Tez Başlığını Yazınız”</w:t>
            </w:r>
          </w:p>
        </w:tc>
      </w:tr>
    </w:tbl>
    <w:p w14:paraId="09A90E03" w14:textId="77777777" w:rsidR="00BB6A2C" w:rsidRDefault="00BB6A2C">
      <w:pPr>
        <w:spacing w:after="16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6803"/>
      </w:tblGrid>
      <w:tr w:rsidR="00BB6A2C" w14:paraId="46F1DD47" w14:textId="77777777">
        <w:tc>
          <w:tcPr>
            <w:tcW w:w="2608" w:type="dxa"/>
            <w:vAlign w:val="center"/>
          </w:tcPr>
          <w:p w14:paraId="358B3347" w14:textId="450AA571" w:rsidR="00BB6A2C" w:rsidRDefault="00000000">
            <w:pPr>
              <w:spacing w:after="160"/>
            </w:pPr>
            <w:r>
              <w:rPr>
                <w:b/>
              </w:rPr>
              <w:t xml:space="preserve">İngilizce </w:t>
            </w:r>
            <w:r w:rsidR="003C470C">
              <w:rPr>
                <w:b/>
              </w:rPr>
              <w:t>T</w:t>
            </w:r>
            <w:r>
              <w:rPr>
                <w:b/>
              </w:rPr>
              <w:t xml:space="preserve">ez </w:t>
            </w:r>
            <w:r w:rsidR="003C470C">
              <w:rPr>
                <w:b/>
              </w:rPr>
              <w:t>B</w:t>
            </w:r>
            <w:r>
              <w:rPr>
                <w:b/>
              </w:rPr>
              <w:t>aşlığı</w:t>
            </w:r>
          </w:p>
        </w:tc>
        <w:tc>
          <w:tcPr>
            <w:tcW w:w="6803" w:type="dxa"/>
            <w:vAlign w:val="center"/>
          </w:tcPr>
          <w:p w14:paraId="383AE863" w14:textId="77777777" w:rsidR="00BB6A2C" w:rsidRDefault="00000000">
            <w:pPr>
              <w:spacing w:after="160"/>
            </w:pPr>
            <w:r>
              <w:t>“İngilizce Tez Başlığını Yazınız”</w:t>
            </w:r>
          </w:p>
        </w:tc>
      </w:tr>
    </w:tbl>
    <w:p w14:paraId="47C2D94A" w14:textId="77777777" w:rsidR="00BB6A2C" w:rsidRDefault="00BB6A2C">
      <w:pPr>
        <w:spacing w:after="6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34"/>
        <w:gridCol w:w="4734"/>
      </w:tblGrid>
      <w:tr w:rsidR="00BB6A2C" w14:paraId="6CE9AF40" w14:textId="77777777">
        <w:tc>
          <w:tcPr>
            <w:tcW w:w="4734" w:type="dxa"/>
          </w:tcPr>
          <w:p w14:paraId="1916C653" w14:textId="77777777" w:rsidR="00BB6A2C" w:rsidRPr="003C470C" w:rsidRDefault="00000000">
            <w:pPr>
              <w:spacing w:before="640"/>
              <w:jc w:val="center"/>
              <w:rPr>
                <w:bCs/>
              </w:rPr>
            </w:pPr>
            <w:r w:rsidRPr="003C470C">
              <w:rPr>
                <w:bCs/>
              </w:rPr>
              <w:t>................................................</w:t>
            </w:r>
            <w:r w:rsidRPr="003C470C">
              <w:rPr>
                <w:bCs/>
              </w:rPr>
              <w:br/>
              <w:t>Adı, soyadı, imza</w:t>
            </w:r>
            <w:r w:rsidRPr="003C470C">
              <w:rPr>
                <w:bCs/>
              </w:rPr>
              <w:br/>
              <w:t>Öğrenci</w:t>
            </w:r>
          </w:p>
        </w:tc>
        <w:tc>
          <w:tcPr>
            <w:tcW w:w="4734" w:type="dxa"/>
          </w:tcPr>
          <w:p w14:paraId="19C31AD9" w14:textId="77777777" w:rsidR="00BB6A2C" w:rsidRPr="003C470C" w:rsidRDefault="00000000">
            <w:pPr>
              <w:spacing w:before="640"/>
              <w:jc w:val="center"/>
              <w:rPr>
                <w:bCs/>
              </w:rPr>
            </w:pPr>
            <w:r w:rsidRPr="003C470C">
              <w:rPr>
                <w:bCs/>
              </w:rPr>
              <w:t>................................................</w:t>
            </w:r>
            <w:r w:rsidRPr="003C470C">
              <w:rPr>
                <w:bCs/>
              </w:rPr>
              <w:br/>
              <w:t>Unvanı, adı, soyadı, imza</w:t>
            </w:r>
            <w:r w:rsidRPr="003C470C">
              <w:rPr>
                <w:bCs/>
              </w:rPr>
              <w:br/>
              <w:t>Danışman</w:t>
            </w:r>
          </w:p>
        </w:tc>
      </w:tr>
    </w:tbl>
    <w:p w14:paraId="5BF521D6" w14:textId="77777777" w:rsidR="00BB6A2C" w:rsidRDefault="00000000">
      <w:r>
        <w:br w:type="page"/>
      </w:r>
    </w:p>
    <w:p w14:paraId="661FE4AF" w14:textId="77777777" w:rsidR="00BB6A2C" w:rsidRDefault="00000000">
      <w:pPr>
        <w:pBdr>
          <w:bottom w:val="single" w:sz="12" w:space="0" w:color="C59C57"/>
        </w:pBdr>
        <w:spacing w:after="180"/>
        <w:jc w:val="center"/>
      </w:pPr>
      <w:r>
        <w:rPr>
          <w:b/>
          <w:sz w:val="26"/>
        </w:rPr>
        <w:lastRenderedPageBreak/>
        <w:t>TEZ ÖNERİSİ AÇIKLAMA ALANLARI</w:t>
      </w:r>
    </w:p>
    <w:p w14:paraId="7094F486" w14:textId="77777777" w:rsidR="00BB6A2C" w:rsidRDefault="00000000">
      <w:pPr>
        <w:pStyle w:val="SectionLabel"/>
        <w:spacing w:before="200" w:after="40"/>
      </w:pPr>
      <w:r>
        <w:t>ÖZET</w:t>
      </w:r>
    </w:p>
    <w:p w14:paraId="1D75A88D" w14:textId="77777777" w:rsidR="00BB6A2C" w:rsidRDefault="00000000">
      <w:pPr>
        <w:spacing w:after="80"/>
      </w:pPr>
      <w:r>
        <w:t>Tez konusu, özeti ve anahtar kelimeler Türkçe yazılmalıdır. Konunun tarihçesi ve literatürdeki yeri kısaca belirtilmeli; özgün değer, beklenen sonuçların etkisi ve çalışmanın yürütülme biçimi (deneysel tasarım, yöntemler, ekip, aşamalar ve zaman) özetlenmelidir.</w:t>
      </w:r>
    </w:p>
    <w:p w14:paraId="45CFE40B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536C4406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7B7A85B3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266816F8" w14:textId="77777777" w:rsidR="00BB6A2C" w:rsidRDefault="00000000">
      <w:pPr>
        <w:pStyle w:val="SectionLabel"/>
        <w:spacing w:before="200" w:after="40"/>
      </w:pPr>
      <w:r>
        <w:t>AMAÇ</w:t>
      </w:r>
    </w:p>
    <w:p w14:paraId="0245F400" w14:textId="77777777" w:rsidR="00BB6A2C" w:rsidRDefault="00000000">
      <w:pPr>
        <w:spacing w:after="80"/>
      </w:pPr>
      <w:r>
        <w:t>Önerilen tez konusunun amacı ve erişilmek istenen sonuç açık olarak yazılmalıdır.</w:t>
      </w:r>
    </w:p>
    <w:p w14:paraId="50AE578D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4B6194DD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7998CE8E" w14:textId="77777777" w:rsidR="00BB6A2C" w:rsidRDefault="00000000">
      <w:pPr>
        <w:pStyle w:val="SectionLabel"/>
        <w:spacing w:before="200" w:after="40"/>
      </w:pPr>
      <w:r>
        <w:t>KONU, KAPSAM VE LİTERATÜR ÖZETİ</w:t>
      </w:r>
    </w:p>
    <w:p w14:paraId="7639097B" w14:textId="77777777" w:rsidR="00BB6A2C" w:rsidRDefault="00000000">
      <w:pPr>
        <w:spacing w:after="80"/>
      </w:pPr>
      <w:r>
        <w:t>Tezin konusu ve kapsamı net tanımlanmalı; ulusal ve uluslararası literatür taranarak kısa bir literatür analizi verilmelidir.</w:t>
      </w:r>
    </w:p>
    <w:p w14:paraId="052DA31B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42D6FA2E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4C489977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18345382" w14:textId="77777777" w:rsidR="00BB6A2C" w:rsidRDefault="00000000">
      <w:pPr>
        <w:pStyle w:val="SectionLabel"/>
        <w:spacing w:before="200" w:after="40"/>
      </w:pPr>
      <w:r>
        <w:t>ÖZGÜN DEĞER</w:t>
      </w:r>
    </w:p>
    <w:p w14:paraId="2A745D92" w14:textId="77777777" w:rsidR="00BB6A2C" w:rsidRDefault="00000000">
      <w:pPr>
        <w:spacing w:after="80"/>
      </w:pPr>
      <w:r>
        <w:t>Hipotezler açıkça ortaya konmalı; özgün değer ile önerilen teknoloji, yöntem veya kuramın literatüre katkısı açıklanmalıdır.</w:t>
      </w:r>
    </w:p>
    <w:p w14:paraId="4D367E7C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3E9F29B9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7B106D67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40420865" w14:textId="77777777" w:rsidR="00BB6A2C" w:rsidRDefault="00000000">
      <w:pPr>
        <w:pStyle w:val="SectionLabel"/>
        <w:spacing w:before="200" w:after="40"/>
      </w:pPr>
      <w:r>
        <w:t>YÖNTEM</w:t>
      </w:r>
    </w:p>
    <w:p w14:paraId="4048EDD2" w14:textId="77777777" w:rsidR="00BB6A2C" w:rsidRDefault="00000000">
      <w:pPr>
        <w:spacing w:after="80"/>
      </w:pPr>
      <w:r>
        <w:t>Tez konusuyla uyumlu yöntem, tasarım ve yaklaşımlar ile incelenecek parametreler sıralanmalıdır.</w:t>
      </w:r>
    </w:p>
    <w:p w14:paraId="48D8770B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p w14:paraId="335BAE19" w14:textId="77777777" w:rsidR="00BB6A2C" w:rsidRDefault="00000000">
      <w:pPr>
        <w:pBdr>
          <w:bottom w:val="single" w:sz="12" w:space="0" w:color="DADADA"/>
        </w:pBdr>
        <w:spacing w:before="100"/>
      </w:pPr>
      <w:r>
        <w:rPr>
          <w:b/>
        </w:rPr>
        <w:t>1. Materyal</w:t>
      </w:r>
    </w:p>
    <w:p w14:paraId="5F32CB66" w14:textId="77777777" w:rsidR="00BB6A2C" w:rsidRDefault="00000000">
      <w:pPr>
        <w:pBdr>
          <w:bottom w:val="single" w:sz="12" w:space="0" w:color="DADADA"/>
        </w:pBdr>
        <w:spacing w:before="100"/>
      </w:pPr>
      <w:r>
        <w:rPr>
          <w:b/>
        </w:rPr>
        <w:t>2. Yöntem</w:t>
      </w:r>
    </w:p>
    <w:p w14:paraId="3AB1EB7C" w14:textId="77777777" w:rsidR="00BB6A2C" w:rsidRDefault="00000000">
      <w:pPr>
        <w:pBdr>
          <w:bottom w:val="single" w:sz="12" w:space="0" w:color="DADADA"/>
        </w:pBdr>
        <w:spacing w:before="100"/>
      </w:pPr>
      <w:r>
        <w:rPr>
          <w:b/>
        </w:rPr>
        <w:t>2.1. Alt Başlık</w:t>
      </w:r>
    </w:p>
    <w:p w14:paraId="56A3CF4F" w14:textId="77777777" w:rsidR="00BB6A2C" w:rsidRDefault="00000000">
      <w:pPr>
        <w:pStyle w:val="SectionLabel"/>
        <w:spacing w:before="200" w:after="40"/>
      </w:pPr>
      <w:r>
        <w:t>KAYNAKLAR</w:t>
      </w:r>
    </w:p>
    <w:p w14:paraId="6554ECAD" w14:textId="36A4EAC0" w:rsidR="00BB6A2C" w:rsidRDefault="00000000">
      <w:pPr>
        <w:spacing w:after="80"/>
      </w:pPr>
      <w:r>
        <w:t>Tez konusu ile ilgili kullanılan kaynaklar APA 7</w:t>
      </w:r>
      <w:r w:rsidR="00B23D1F">
        <w:t xml:space="preserve"> ya da isnad 2</w:t>
      </w:r>
      <w:r>
        <w:t xml:space="preserve"> biçiminde verilmelidir.</w:t>
      </w:r>
    </w:p>
    <w:p w14:paraId="0608A708" w14:textId="77777777" w:rsidR="00BB6A2C" w:rsidRDefault="00000000">
      <w:pPr>
        <w:pBdr>
          <w:bottom w:val="single" w:sz="12" w:space="0" w:color="DADADA"/>
        </w:pBdr>
        <w:spacing w:after="20" w:line="240" w:lineRule="auto"/>
      </w:pPr>
      <w:r>
        <w:t xml:space="preserve"> </w:t>
      </w:r>
    </w:p>
    <w:sectPr w:rsidR="00BB6A2C" w:rsidSect="00034616">
      <w:pgSz w:w="11906" w:h="16838"/>
      <w:pgMar w:top="822" w:right="1219" w:bottom="822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788553">
    <w:abstractNumId w:val="8"/>
  </w:num>
  <w:num w:numId="2" w16cid:durableId="279460616">
    <w:abstractNumId w:val="6"/>
  </w:num>
  <w:num w:numId="3" w16cid:durableId="1698697200">
    <w:abstractNumId w:val="5"/>
  </w:num>
  <w:num w:numId="4" w16cid:durableId="1765809390">
    <w:abstractNumId w:val="4"/>
  </w:num>
  <w:num w:numId="5" w16cid:durableId="902641407">
    <w:abstractNumId w:val="7"/>
  </w:num>
  <w:num w:numId="6" w16cid:durableId="2073460715">
    <w:abstractNumId w:val="3"/>
  </w:num>
  <w:num w:numId="7" w16cid:durableId="458302556">
    <w:abstractNumId w:val="2"/>
  </w:num>
  <w:num w:numId="8" w16cid:durableId="1983923186">
    <w:abstractNumId w:val="1"/>
  </w:num>
  <w:num w:numId="9" w16cid:durableId="15585417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24307E"/>
    <w:rsid w:val="00276F54"/>
    <w:rsid w:val="0029639D"/>
    <w:rsid w:val="00326F90"/>
    <w:rsid w:val="003C470C"/>
    <w:rsid w:val="005E1484"/>
    <w:rsid w:val="00800560"/>
    <w:rsid w:val="00A34BBA"/>
    <w:rsid w:val="00AA1D8D"/>
    <w:rsid w:val="00B23D1F"/>
    <w:rsid w:val="00B47730"/>
    <w:rsid w:val="00B64E20"/>
    <w:rsid w:val="00BB6A2C"/>
    <w:rsid w:val="00C9151C"/>
    <w:rsid w:val="00CB0664"/>
    <w:rsid w:val="00E41979"/>
    <w:rsid w:val="00F642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D912A6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 Title"/>
    <w:rPr>
      <w:rFonts w:ascii="Times New Roman" w:hAnsi="Times New Roman"/>
      <w:b/>
      <w:color w:val="000000"/>
      <w:sz w:val="28"/>
    </w:rPr>
  </w:style>
  <w:style w:type="paragraph" w:customStyle="1" w:styleId="SectionLabel">
    <w:name w:val="Section Label"/>
    <w:rPr>
      <w:rFonts w:ascii="Times New Roman" w:hAnsi="Times New Roman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8</cp:revision>
  <dcterms:created xsi:type="dcterms:W3CDTF">2026-09-24T09:07:00Z</dcterms:created>
  <dcterms:modified xsi:type="dcterms:W3CDTF">2026-10-08T07:49:00Z</dcterms:modified>
  <cp:category/>
</cp:coreProperties>
</file>